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REGISTERED COMMERCIAL SHOP LEASE DEED (2 YEARS) / నమోదైన కమర్షియల్ షాప్ లీజ్ డీడ్ (2 సంవత్సరాలు)</w:t>
      </w:r>
    </w:p>
    <w:p/>
    <w:p>
      <w:r>
        <w:t>IMPORTANT LEGAL NOTE / ముఖ్యమైన న్యాయ గమనిక:</w:t>
      </w:r>
    </w:p>
    <w:p>
      <w:r>
        <w:t>This lease deed is compulsorily registrable under the Registration Act, 1908 and Section 107 of the Transfer of Property Act, 1882.</w:t>
      </w:r>
    </w:p>
    <w:p>
      <w:r>
        <w:t>ఈ లీజ్ డీడ్ రిజిస్ట్రేషన్ చట్టం, 1908 మరియు ట్రాన్స్‌ఫర్ ఆఫ్ ప్రాపర్టీ చట్టం, 1882 సెక్షన్ 107 ప్రకారం తప్పనిసరిగా నమోదు చేయాలి.</w:t>
      </w:r>
    </w:p>
    <w:p/>
    <w:p>
      <w:r>
        <w:t>This Lease Deed is made and executed on this ___ day of __________ 20___ at Nandalur Mandal, Kadapa District, Andhra Pradesh.</w:t>
      </w:r>
    </w:p>
    <w:p>
      <w:r>
        <w:t>ఈ లీజ్ డీడ్ ఈ ___ తేదీ __________ 20___ నాడు నందలూరు మండలం, కడప జిల్లా, ఆంధ్రప్రదేశ్ లో కుదుర్చబడింది.</w:t>
      </w:r>
    </w:p>
    <w:p/>
    <w:p>
      <w:r>
        <w:t>BETWEEN / మధ్య</w:t>
      </w:r>
    </w:p>
    <w:p/>
    <w:p>
      <w:r>
        <w:t>Mr./Mrs. __________________________,</w:t>
      </w:r>
    </w:p>
    <w:p>
      <w:r>
        <w:t>S/o / D/o __________________________,</w:t>
      </w:r>
    </w:p>
    <w:p>
      <w:r>
        <w:t>Address: ____________________________________________,</w:t>
      </w:r>
    </w:p>
    <w:p>
      <w:r>
        <w:t>Hereinafter called the LESSOR / SHOP OWNER.</w:t>
      </w:r>
    </w:p>
    <w:p>
      <w:r>
        <w:t>ఇకపై "లెస్సర్ / షాప్ యజమాని"గా పిలవబడతారు.</w:t>
      </w:r>
    </w:p>
    <w:p/>
    <w:p>
      <w:r>
        <w:t>AND / మరియు</w:t>
      </w:r>
    </w:p>
    <w:p/>
    <w:p>
      <w:r>
        <w:t>Mr./Mrs./Firm __________________________,</w:t>
      </w:r>
    </w:p>
    <w:p>
      <w:r>
        <w:t>Represented by __________________________,</w:t>
      </w:r>
    </w:p>
    <w:p>
      <w:r>
        <w:t>Address: ____________________________________________,</w:t>
      </w:r>
    </w:p>
    <w:p>
      <w:r>
        <w:t>Hereinafter called the LESSEE / TENANT.</w:t>
      </w:r>
    </w:p>
    <w:p>
      <w:r>
        <w:t>ఇకపై "లెస్సీ / అద్దెదారు"గా పిలవబడతారు.</w:t>
      </w:r>
    </w:p>
    <w:p/>
    <w:p>
      <w:r>
        <w:t>1. SHOP DETAILS / షాప్ వివరాలు</w:t>
      </w:r>
    </w:p>
    <w:p>
      <w:r>
        <w:t>Shop No: __________</w:t>
      </w:r>
    </w:p>
    <w:p>
      <w:r>
        <w:t>Village/Town: __________________________</w:t>
      </w:r>
    </w:p>
    <w:p>
      <w:r>
        <w:t>Mandal: Nandalur, Kadapa District, Andhra Pradesh.</w:t>
      </w:r>
    </w:p>
    <w:p/>
    <w:p>
      <w:r>
        <w:t>2. LEASE TERM / లీజ్ కాలపరిమితి</w:t>
      </w:r>
    </w:p>
    <w:p>
      <w:r>
        <w:t>The lease shall be for TWO (2) YEARS from ___/___/20___ to ___/___/20___.</w:t>
      </w:r>
    </w:p>
    <w:p>
      <w:r>
        <w:t>ఈ లీజ్ ___/___/20___ నుండి ___/___/20___ వరకు మొత్తం రెండు (2) సంవత్సరాల పాటు అమల్లో ఉంటుంది.</w:t>
      </w:r>
    </w:p>
    <w:p/>
    <w:p>
      <w:r>
        <w:t>3. RENT / అద్దె</w:t>
      </w:r>
    </w:p>
    <w:p>
      <w:r>
        <w:t>Monthly rent of ₹________ payable on or before ___ day of every month.</w:t>
      </w:r>
    </w:p>
    <w:p>
      <w:r>
        <w:t>ప్రతి నెల ___ తేదీ లోపు రూ.________ అద్దె చెల్లించాలి.</w:t>
      </w:r>
    </w:p>
    <w:p/>
    <w:p>
      <w:r>
        <w:t>4. SECURITY DEPOSIT / భద్రతా డిపాజిట్</w:t>
      </w:r>
    </w:p>
    <w:p>
      <w:r>
        <w:t>Refundable deposit of ₹________.</w:t>
      </w:r>
    </w:p>
    <w:p>
      <w:r>
        <w:t>రూ.________ భద్రతా డిపాజిట్ తిరిగి చెల్లించబడుతుంది.</w:t>
      </w:r>
    </w:p>
    <w:p/>
    <w:p>
      <w:r>
        <w:t>5. PERMITTED USE / అనుమతించిన వినియోగం</w:t>
      </w:r>
    </w:p>
    <w:p>
      <w:r>
        <w:t>Shop shall be used only for lawful commercial purpose with valid trade license.</w:t>
      </w:r>
    </w:p>
    <w:p>
      <w:r>
        <w:t>చట్టబద్ధమైన వాణిజ్య కార్యకలాపాలకు మాత్రమే, చెల్లుబాటు అయ్యే ట్రేడ్ లైసెన్స్ తో ఉపయోగించాలి.</w:t>
      </w:r>
    </w:p>
    <w:p/>
    <w:p>
      <w:r>
        <w:t>6. ADDITIONAL RESTRICTIONS (NANDALUR MANDAL)</w:t>
      </w:r>
    </w:p>
    <w:p>
      <w:r>
        <w:t>No liquor, gambling, hazardous or illegal business allowed.</w:t>
      </w:r>
    </w:p>
    <w:p>
      <w:r>
        <w:t>మద్యం, జూదం, ప్రమాదకర లేదా అక్రమ వ్యాపారాలు చేయరాదు.</w:t>
      </w:r>
    </w:p>
    <w:p/>
    <w:p>
      <w:r>
        <w:t>7. UTILITIES &amp; MAINTENANCE / వినియోగ చార్జీలు</w:t>
      </w:r>
    </w:p>
    <w:p>
      <w:r>
        <w:t>Electricity, water and maintenance borne by lessee.</w:t>
      </w:r>
    </w:p>
    <w:p>
      <w:r>
        <w:t>విద్యుత్, నీరు మరియు నిర్వహణ ఖర్చులు అద్దెదారే భరించాలి.</w:t>
      </w:r>
    </w:p>
    <w:p/>
    <w:p>
      <w:r>
        <w:t>8. SUB-LETTING / ఉప అద్దె</w:t>
      </w:r>
    </w:p>
    <w:p>
      <w:r>
        <w:t>Subletting not permitted without written consent.</w:t>
      </w:r>
    </w:p>
    <w:p>
      <w:r>
        <w:t>లిఖిత అనుమతి లేకుండా ఉప అద్దెకు ఇవ్వరాదు.</w:t>
      </w:r>
    </w:p>
    <w:p/>
    <w:p>
      <w:r>
        <w:t>9. TERMINATION / రద్దు</w:t>
      </w:r>
    </w:p>
    <w:p>
      <w:r>
        <w:t>Three months prior written notice by either party.</w:t>
      </w:r>
    </w:p>
    <w:p>
      <w:r>
        <w:t>ఏ పక్షమైనా మూడు నెలల ముందస్తు లిఖిత నోటీసుతో రద్దు చేయవచ్చు.</w:t>
      </w:r>
    </w:p>
    <w:p/>
    <w:p>
      <w:r>
        <w:t>10. REGISTRATION / నమోదు</w:t>
      </w:r>
    </w:p>
    <w:p>
      <w:r>
        <w:t>This deed shall be registered at jurisdictional Sub-Registrar Office.</w:t>
      </w:r>
    </w:p>
    <w:p>
      <w:r>
        <w:t>ఈ లీజ్ డీడ్ సంబంధిత సబ్-రిజిస్ట్రార్ కార్యాలయంలో నమోదు చేయబడుతుంది.</w:t>
      </w:r>
    </w:p>
    <w:p/>
    <w:p>
      <w:r>
        <w:t>IN WITNESS WHEREOF / ఇందుకు సాక్షిగా</w:t>
      </w:r>
    </w:p>
    <w:p/>
    <w:p>
      <w:r>
        <w:t>LESSOR / లెస్సర్</w:t>
      </w:r>
    </w:p>
    <w:p>
      <w:r>
        <w:t>Signature: ______________________</w:t>
      </w:r>
    </w:p>
    <w:p/>
    <w:p>
      <w:r>
        <w:t>LESSEE / లెస్సీ</w:t>
      </w:r>
    </w:p>
    <w:p>
      <w:r>
        <w:t>Signature: ______________________</w:t>
      </w:r>
    </w:p>
    <w:p/>
    <w:p>
      <w:r>
        <w:t>WITNESSES / సాక్షులు</w:t>
      </w:r>
    </w:p>
    <w:p>
      <w:r>
        <w:t>1. ______________________</w:t>
      </w:r>
    </w:p>
    <w:p>
      <w:r>
        <w:t>2. ______________________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