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COMMERCIAL RENTAL AGREEMENT</w:t>
      </w:r>
    </w:p>
    <w:p/>
    <w:p>
      <w:r>
        <w:t>This Commercial Rental Agreement is made and executed on this ___ day of __________ 20___ at ______________________ (City), Andhra Pradesh.</w:t>
      </w:r>
    </w:p>
    <w:p/>
    <w:p>
      <w:r>
        <w:t>BETWEEN</w:t>
      </w:r>
    </w:p>
    <w:p/>
    <w:p>
      <w:r>
        <w:t>Mr./Mrs. __________________________,</w:t>
      </w:r>
    </w:p>
    <w:p>
      <w:r>
        <w:t>S/o / D/o __________________________,</w:t>
      </w:r>
    </w:p>
    <w:p>
      <w:r>
        <w:t>Age: ___ years,</w:t>
      </w:r>
    </w:p>
    <w:p>
      <w:r>
        <w:t>Address: ____________________________________________,</w:t>
      </w:r>
    </w:p>
    <w:p>
      <w:r>
        <w:t>Aadhaar No: _____________________,</w:t>
      </w:r>
    </w:p>
    <w:p>
      <w:r>
        <w:t>Hereinafter referred to as the “LESSOR / PROPERTY OWNER”</w:t>
      </w:r>
    </w:p>
    <w:p/>
    <w:p>
      <w:r>
        <w:t>AND</w:t>
      </w:r>
    </w:p>
    <w:p/>
    <w:p>
      <w:r>
        <w:t>Mr./Mrs. / Firm / Company __________________________,</w:t>
      </w:r>
    </w:p>
    <w:p>
      <w:r>
        <w:t>Represented by __________________________,</w:t>
      </w:r>
    </w:p>
    <w:p>
      <w:r>
        <w:t>Address: ____________________________________________,</w:t>
      </w:r>
    </w:p>
    <w:p>
      <w:r>
        <w:t>GST No. (if applicable): _____________________,</w:t>
      </w:r>
    </w:p>
    <w:p>
      <w:r>
        <w:t>Hereinafter referred to as the “LESSEE / TENANT”</w:t>
      </w:r>
    </w:p>
    <w:p/>
    <w:p>
      <w:r>
        <w:t>1. PROPERTY DETAILS</w:t>
      </w:r>
    </w:p>
    <w:p>
      <w:r>
        <w:t>The Lessor hereby agrees to rent the commercial premises (Shop / Office / Warehouse) located at:</w:t>
      </w:r>
    </w:p>
    <w:p/>
    <w:p>
      <w:r>
        <w:t>Address:</w:t>
      </w:r>
    </w:p>
    <w:p>
      <w:r>
        <w:t>______________________________________________________</w:t>
      </w:r>
    </w:p>
    <w:p>
      <w:r>
        <w:t>______________________________________________________</w:t>
      </w:r>
    </w:p>
    <w:p/>
    <w:p>
      <w:r>
        <w:t>2. RENT</w:t>
      </w:r>
    </w:p>
    <w:p>
      <w:r>
        <w:t>The Lessee shall pay a monthly rent of ₹________ (Rupees __________________ only) on or before the ___ day of every English calendar month.</w:t>
      </w:r>
    </w:p>
    <w:p/>
    <w:p>
      <w:r>
        <w:t>3. SECURITY DEPOSIT</w:t>
      </w:r>
    </w:p>
    <w:p>
      <w:r>
        <w:t>The Lessee has paid a refundable security deposit of ₹________. The same shall be returned upon termination of the agreement after adjusting outstanding dues or damages, if any.</w:t>
      </w:r>
    </w:p>
    <w:p/>
    <w:p>
      <w:r>
        <w:t>4. LEASE PERIOD</w:t>
      </w:r>
    </w:p>
    <w:p>
      <w:r>
        <w:t>The lease period shall commence from ___ / ___ / 20___ and shall remain in force till ___ / ___ / 20___ for a total period of ___ years / months.</w:t>
      </w:r>
    </w:p>
    <w:p/>
    <w:p>
      <w:r>
        <w:t>5. PURPOSE OF USE</w:t>
      </w:r>
    </w:p>
    <w:p>
      <w:r>
        <w:t>The premises shall be used strictly for commercial purposes only and shall not be used for any illegal or unlawful activities.</w:t>
      </w:r>
    </w:p>
    <w:p/>
    <w:p>
      <w:r>
        <w:t>6. MAINTENANCE &amp; UTILITIES</w:t>
      </w:r>
    </w:p>
    <w:p>
      <w:r>
        <w:t>Electricity, water, internet, municipal taxes (if applicable), and all other utility charges shall be borne by the Lessee. Routine maintenance shall be the responsibility of the Lessee.</w:t>
      </w:r>
    </w:p>
    <w:p/>
    <w:p>
      <w:r>
        <w:t>7. ALTERATIONS</w:t>
      </w:r>
    </w:p>
    <w:p>
      <w:r>
        <w:t>No structural alterations shall be made without prior written consent of the Lessor.</w:t>
      </w:r>
    </w:p>
    <w:p/>
    <w:p>
      <w:r>
        <w:t>8. SUB-LETTING</w:t>
      </w:r>
    </w:p>
    <w:p>
      <w:r>
        <w:t>The Lessee shall not sublet or assign the premises without prior written consent of the Lessor.</w:t>
      </w:r>
    </w:p>
    <w:p/>
    <w:p>
      <w:r>
        <w:t>9. TERMINATION</w:t>
      </w:r>
    </w:p>
    <w:p>
      <w:r>
        <w:t>Either party may terminate this agreement by giving ___ months’ prior written notice to the other party.</w:t>
      </w:r>
    </w:p>
    <w:p/>
    <w:p>
      <w:r>
        <w:t>10. DEFAULT</w:t>
      </w:r>
    </w:p>
    <w:p>
      <w:r>
        <w:t>Failure to pay rent for two consecutive months shall be treated as a breach of this agreement.</w:t>
      </w:r>
    </w:p>
    <w:p/>
    <w:p>
      <w:r>
        <w:t>11. GOVERNING LAW</w:t>
      </w:r>
    </w:p>
    <w:p>
      <w:r>
        <w:t>This agreement shall be governed by and construed in accordance with the laws applicable in the State of Andhra Pradesh.</w:t>
      </w:r>
    </w:p>
    <w:p/>
    <w:p>
      <w:r>
        <w:t>IN WITNESS WHEREOF, both parties have signed this agreement on the date and place mentioned above.</w:t>
      </w:r>
    </w:p>
    <w:p/>
    <w:p>
      <w:r>
        <w:t>LESSOR / PROPERTY OWNER</w:t>
      </w:r>
    </w:p>
    <w:p>
      <w:r>
        <w:t>Signature: ________________________</w:t>
      </w:r>
    </w:p>
    <w:p>
      <w:r>
        <w:t>Name: ____________________________</w:t>
      </w:r>
    </w:p>
    <w:p/>
    <w:p>
      <w:r>
        <w:t>LESSEE / TENANT</w:t>
      </w:r>
    </w:p>
    <w:p>
      <w:r>
        <w:t>Signature: ________________________</w:t>
      </w:r>
    </w:p>
    <w:p>
      <w:r>
        <w:t>Name: ____________________________</w:t>
      </w:r>
    </w:p>
    <w:p/>
    <w:p>
      <w:r>
        <w:t>WITNESSES</w:t>
      </w:r>
    </w:p>
    <w:p/>
    <w:p>
      <w:r>
        <w:t>1. Signature: ____________________</w:t>
      </w:r>
    </w:p>
    <w:p>
      <w:r>
        <w:t xml:space="preserve">   Name &amp; Address: _______________</w:t>
      </w:r>
    </w:p>
    <w:p/>
    <w:p>
      <w:r>
        <w:t>2. Signature: ____________________</w:t>
      </w:r>
    </w:p>
    <w:p>
      <w:r>
        <w:t xml:space="preserve">   Name &amp; Address: _______________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