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కమర్షియల్ అద్దె ఒప్పందం (COMMERCIAL RENTAL AGREEMENT)</w:t>
      </w:r>
    </w:p>
    <w:p/>
    <w:p>
      <w:r>
        <w:t>ఈ కమర్షియల్ అద్దె ఒప్పందం ఈ ___ తేదీ __________ 20___ నాడు ______________________ (నగరం), ఆంధ్రప్రదేశ్ లో కుదుర్చబడింది.</w:t>
      </w:r>
    </w:p>
    <w:p/>
    <w:p>
      <w:r>
        <w:t>క్రింద పేర్కొన్న వారి మధ్య</w:t>
      </w:r>
    </w:p>
    <w:p/>
    <w:p>
      <w:r>
        <w:t>శ్రీ / శ్రీమతి __________________________,</w:t>
      </w:r>
    </w:p>
    <w:p>
      <w:r>
        <w:t>తండ్రి / తల్లి పేరు __________________________,</w:t>
      </w:r>
    </w:p>
    <w:p>
      <w:r>
        <w:t>వయస్సు: ___ సంవత్సరాలు,</w:t>
      </w:r>
    </w:p>
    <w:p>
      <w:r>
        <w:t>చిరునామా: ____________________________________________,</w:t>
      </w:r>
    </w:p>
    <w:p>
      <w:r>
        <w:t>ఆధార్ నం: _____________________,</w:t>
      </w:r>
    </w:p>
    <w:p>
      <w:r>
        <w:t>ఇకపై “ఆస్తి యజమాని / లెస్సర్”గా పిలవబడతారు.</w:t>
      </w:r>
    </w:p>
    <w:p/>
    <w:p>
      <w:r>
        <w:t>మరియు</w:t>
      </w:r>
    </w:p>
    <w:p/>
    <w:p>
      <w:r>
        <w:t>శ్రీ / శ్రీమతి / సంస్థ __________________________,</w:t>
      </w:r>
    </w:p>
    <w:p>
      <w:r>
        <w:t>ప్రతినిధి పేరు __________________________,</w:t>
      </w:r>
    </w:p>
    <w:p>
      <w:r>
        <w:t>చిరునామా: ____________________________________________,</w:t>
      </w:r>
    </w:p>
    <w:p>
      <w:r>
        <w:t>GST నం (ఉండితే): _____________________,</w:t>
      </w:r>
    </w:p>
    <w:p>
      <w:r>
        <w:t>ఇకపై “అద్దెదారు / లెస్సీ”గా పిలవబడతారు.</w:t>
      </w:r>
    </w:p>
    <w:p/>
    <w:p>
      <w:r>
        <w:t>1. ఆస్తి వివరాలు</w:t>
      </w:r>
    </w:p>
    <w:p>
      <w:r>
        <w:t>యజమాని క్రింద పేర్కొన్న వాణిజ్య ప్రాంగణాన్ని (షాప్ / ఆఫీస్ / గోదాం) అద్దెకు ఇవ్వడానికి అంగీకరిస్తున్నారు:</w:t>
      </w:r>
    </w:p>
    <w:p/>
    <w:p>
      <w:r>
        <w:t>చిరునామా:</w:t>
      </w:r>
    </w:p>
    <w:p>
      <w:r>
        <w:t>______________________________________________________</w:t>
      </w:r>
    </w:p>
    <w:p>
      <w:r>
        <w:t>______________________________________________________</w:t>
      </w:r>
    </w:p>
    <w:p/>
    <w:p>
      <w:r>
        <w:t>2. అద్దె</w:t>
      </w:r>
    </w:p>
    <w:p>
      <w:r>
        <w:t>అద్దెదారు ప్రతి ఆంగ్ల నెల ___ తేదీ లోపు రూ.________ (అక్షరాల రూపంలో __________________ మాత్రమే) నెలవారీ అద్దెను చెల్లించాలి.</w:t>
      </w:r>
    </w:p>
    <w:p/>
    <w:p>
      <w:r>
        <w:t>3. భద్రతా డిపాజిట్</w:t>
      </w:r>
    </w:p>
    <w:p>
      <w:r>
        <w:t>అద్దెదారు రూ.________ భద్రతా డిపాజిట్‌ను చెల్లించారు. ఒప్పందం ముగిసిన తర్వాత, బాకీలు లేదా నష్టాలు లేకపోతే ఈ మొత్తం తిరిగి చెల్లించబడుతుంది.</w:t>
      </w:r>
    </w:p>
    <w:p/>
    <w:p>
      <w:r>
        <w:t>4. అద్దె కాలపరిమితి</w:t>
      </w:r>
    </w:p>
    <w:p>
      <w:r>
        <w:t>ఈ ఒప్పందం ___ / ___ / 20___ నుండి ప్రారంభమై ___ / ___ / 20___ వరకు మొత్తం ___ సంవత్సరాలు / నెలలు అమల్లో ఉంటుంది.</w:t>
      </w:r>
    </w:p>
    <w:p/>
    <w:p>
      <w:r>
        <w:t>5. ఉపయోగ ఉద్దేశ్యం</w:t>
      </w:r>
    </w:p>
    <w:p>
      <w:r>
        <w:t>ఈ ప్రాంగణాన్ని కేవలం వాణిజ్య ప్రయోజనాలకే ఉపయోగించాలి. చట్టవిరుద్ధ కార్యకలాపాలకు ఉపయోగించరాదు.</w:t>
      </w:r>
    </w:p>
    <w:p/>
    <w:p>
      <w:r>
        <w:t>6. నిర్వహణ &amp; వినియోగ చార్జీలు</w:t>
      </w:r>
    </w:p>
    <w:p>
      <w:r>
        <w:t>విద్యుత్, నీరు, ఇంటర్నెట్, మున్సిపల్ పన్నులు (ఉండితే), మరియు ఇతర వినియోగ చార్జీలు అద్దెదారే చెల్లించాలి. సాధారణ నిర్వహణ అద్దెదారి బాధ్యత.</w:t>
      </w:r>
    </w:p>
    <w:p/>
    <w:p>
      <w:r>
        <w:t>7. మార్పులు</w:t>
      </w:r>
    </w:p>
    <w:p>
      <w:r>
        <w:t>యజమాని ముందస్తు లిఖితపూర్వక అనుమతి లేకుండా నిర్మాణాత్మక మార్పులు చేయరాదు.</w:t>
      </w:r>
    </w:p>
    <w:p/>
    <w:p>
      <w:r>
        <w:t>8. ఉప అద్దె</w:t>
      </w:r>
    </w:p>
    <w:p>
      <w:r>
        <w:t>యజమాని లిఖితపూర్వక అనుమతి లేకుండా ఉప అద్దెకు ఇవ్వకూడదు.</w:t>
      </w:r>
    </w:p>
    <w:p/>
    <w:p>
      <w:r>
        <w:t>9. ఒప్పంద రద్దు</w:t>
      </w:r>
    </w:p>
    <w:p>
      <w:r>
        <w:t>ఏ పక్షమైనా ___ నెలల ముందస్తు లిఖితపూర్వక నోటీసు ఇచ్చి ఈ ఒప్పందాన్ని రద్దు చేయవచ్చు.</w:t>
      </w:r>
    </w:p>
    <w:p/>
    <w:p>
      <w:r>
        <w:t>10. డిఫాల్ట్</w:t>
      </w:r>
    </w:p>
    <w:p>
      <w:r>
        <w:t>అద్దె చెల్లింపులో వరుసగా రెండు నెలలు విఫలమైతే ఇది ఒప్పంద ఉల్లంఘనగా పరిగణించబడుతుంది.</w:t>
      </w:r>
    </w:p>
    <w:p/>
    <w:p>
      <w:r>
        <w:t>11. వర్తించే చట్టం</w:t>
      </w:r>
    </w:p>
    <w:p>
      <w:r>
        <w:t>ఈ ఒప్పందం ఆంధ్రప్రదేశ్ రాష్ట్ర చట్టాలకు లోబడి ఉంటుంది.</w:t>
      </w:r>
    </w:p>
    <w:p/>
    <w:p>
      <w:r>
        <w:t>ఈ విధంగా, పై తేదీ మరియు స్థలంలో ఇరు పక్షాలు ఈ ఒప్పందంపై సంతకం చేశారు.</w:t>
      </w:r>
    </w:p>
    <w:p/>
    <w:p>
      <w:r>
        <w:t>ఆస్తి యజమాని / లెస్సర్</w:t>
      </w:r>
    </w:p>
    <w:p>
      <w:r>
        <w:t>సంతకం: ________________________</w:t>
      </w:r>
    </w:p>
    <w:p>
      <w:r>
        <w:t>పేరు: ____________________________</w:t>
      </w:r>
    </w:p>
    <w:p/>
    <w:p>
      <w:r>
        <w:t>అద్దెదారు / లెస్సీ</w:t>
      </w:r>
    </w:p>
    <w:p>
      <w:r>
        <w:t>సంతకం: ________________________</w:t>
      </w:r>
    </w:p>
    <w:p>
      <w:r>
        <w:t>పేరు: ____________________________</w:t>
      </w:r>
    </w:p>
    <w:p/>
    <w:p>
      <w:r>
        <w:t>సాక్షులు</w:t>
      </w:r>
    </w:p>
    <w:p/>
    <w:p>
      <w:r>
        <w:t>1. సంతకం: ____________________</w:t>
      </w:r>
    </w:p>
    <w:p>
      <w:r>
        <w:t xml:space="preserve">   పేరు &amp; చిరునామా: _______________</w:t>
      </w:r>
    </w:p>
    <w:p/>
    <w:p>
      <w:r>
        <w:t>2. సంతకం: ____________________</w:t>
      </w:r>
    </w:p>
    <w:p>
      <w:r>
        <w:t xml:space="preserve">   పేరు &amp; చిరునామా: 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