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RENTAL AGREEMENT</w:t>
      </w:r>
    </w:p>
    <w:p/>
    <w:p>
      <w:r>
        <w:t>This Rental Agreement is made and executed on this ___ day of __________ 20___ at ______________________ (City), Andhra Pradesh.</w:t>
      </w:r>
    </w:p>
    <w:p/>
    <w:p>
      <w:r>
        <w:t>BETWEEN</w:t>
      </w:r>
    </w:p>
    <w:p/>
    <w:p>
      <w:r>
        <w:t>Mr./Mrs. __________________________,</w:t>
      </w:r>
    </w:p>
    <w:p>
      <w:r>
        <w:t>S/o / D/o __________________________,</w:t>
      </w:r>
    </w:p>
    <w:p>
      <w:r>
        <w:t>Age: ___ years,</w:t>
      </w:r>
    </w:p>
    <w:p>
      <w:r>
        <w:t>Address: ____________________________________________,</w:t>
      </w:r>
    </w:p>
    <w:p>
      <w:r>
        <w:t>Aadhaar No: _____________________,</w:t>
      </w:r>
    </w:p>
    <w:p>
      <w:r>
        <w:t>Hereinafter called the “LESSOR / OWNER”</w:t>
      </w:r>
    </w:p>
    <w:p/>
    <w:p>
      <w:r>
        <w:t>AND</w:t>
      </w:r>
    </w:p>
    <w:p/>
    <w:p>
      <w:r>
        <w:t>Mr./Mrs. __________________________,</w:t>
      </w:r>
    </w:p>
    <w:p>
      <w:r>
        <w:t>S/o / D/o __________________________,</w:t>
      </w:r>
    </w:p>
    <w:p>
      <w:r>
        <w:t>Age: ___ years,</w:t>
      </w:r>
    </w:p>
    <w:p>
      <w:r>
        <w:t>Address: ____________________________________________,</w:t>
      </w:r>
    </w:p>
    <w:p>
      <w:r>
        <w:t>Aadhaar No: _____________________,</w:t>
      </w:r>
    </w:p>
    <w:p>
      <w:r>
        <w:t>Hereinafter called the “LESSEE / TENANT”</w:t>
      </w:r>
    </w:p>
    <w:p/>
    <w:p>
      <w:r>
        <w:t>1. PROPERTY DETAILS</w:t>
      </w:r>
    </w:p>
    <w:p>
      <w:r>
        <w:t>The Lessor hereby agrees to rent the residential premises located at:</w:t>
      </w:r>
    </w:p>
    <w:p/>
    <w:p>
      <w:r>
        <w:t>Address:</w:t>
      </w:r>
    </w:p>
    <w:p>
      <w:r>
        <w:t>______________________________________________________</w:t>
      </w:r>
    </w:p>
    <w:p>
      <w:r>
        <w:t>______________________________________________________</w:t>
      </w:r>
    </w:p>
    <w:p/>
    <w:p>
      <w:r>
        <w:t>2. RENT</w:t>
      </w:r>
    </w:p>
    <w:p>
      <w:r>
        <w:t>The Lessee shall pay a monthly rent of ₹________ (Rupees __________________ only) on or before the ___ day of every calendar month.</w:t>
      </w:r>
    </w:p>
    <w:p/>
    <w:p>
      <w:r>
        <w:t>3. SECURITY DEPOSIT</w:t>
      </w:r>
    </w:p>
    <w:p>
      <w:r>
        <w:t>The Lessee has paid a refundable security deposit of ₹________, which shall be returned at the time of vacating the premises after deducting dues, if any.</w:t>
      </w:r>
    </w:p>
    <w:p/>
    <w:p>
      <w:r>
        <w:t>4. LEASE PERIOD</w:t>
      </w:r>
    </w:p>
    <w:p>
      <w:r>
        <w:t>The rental period shall be 11 months commencing from ___ / ___ / 20___ and ending on ___ / ___ / 20___.</w:t>
      </w:r>
    </w:p>
    <w:p/>
    <w:p>
      <w:r>
        <w:t>5. MAINTENANCE &amp; UTILITIES</w:t>
      </w:r>
    </w:p>
    <w:p>
      <w:r>
        <w:t>Electricity, water, gas, and other utility charges shall be paid by the Lessee. Minor repairs shall be borne by the Lessee. Major structural repairs shall be borne by the Lessor.</w:t>
      </w:r>
    </w:p>
    <w:p/>
    <w:p>
      <w:r>
        <w:t>6. USE OF PREMISES</w:t>
      </w:r>
    </w:p>
    <w:p>
      <w:r>
        <w:t>The premises shall be used only for residential purposes. The Lessee shall not sublet the premises without written consent of the Lessor.</w:t>
      </w:r>
    </w:p>
    <w:p/>
    <w:p>
      <w:r>
        <w:t>7. TERMINATION</w:t>
      </w:r>
    </w:p>
    <w:p>
      <w:r>
        <w:t>Either party may terminate this agreement by giving one month’s written notice.</w:t>
      </w:r>
    </w:p>
    <w:p/>
    <w:p>
      <w:r>
        <w:t>8. ALTERATIONS</w:t>
      </w:r>
    </w:p>
    <w:p>
      <w:r>
        <w:t>No structural alterations shall be made without prior written permission of the Lessor.</w:t>
      </w:r>
    </w:p>
    <w:p/>
    <w:p>
      <w:r>
        <w:t>9. DEFAULT</w:t>
      </w:r>
    </w:p>
    <w:p>
      <w:r>
        <w:t>Failure to pay rent for two consecutive months shall constitute breach of this agreement.</w:t>
      </w:r>
    </w:p>
    <w:p/>
    <w:p>
      <w:r>
        <w:t>10. GOVERNING LAW</w:t>
      </w:r>
    </w:p>
    <w:p>
      <w:r>
        <w:t>This agreement shall be governed by the laws applicable in the State of Andhra Pradesh.</w:t>
      </w:r>
    </w:p>
    <w:p/>
    <w:p>
      <w:r>
        <w:t>IN WITNESS WHEREOF, both parties have signed this agreement on the date and place mentioned above.</w:t>
      </w:r>
    </w:p>
    <w:p/>
    <w:p>
      <w:r>
        <w:t>OWNER / LESSOR</w:t>
      </w:r>
    </w:p>
    <w:p>
      <w:r>
        <w:t>Signature: ________________________</w:t>
      </w:r>
    </w:p>
    <w:p>
      <w:r>
        <w:t>Name: ____________________________</w:t>
      </w:r>
    </w:p>
    <w:p/>
    <w:p>
      <w:r>
        <w:t>TENANT / LESSEE</w:t>
      </w:r>
    </w:p>
    <w:p>
      <w:r>
        <w:t>Signature: ________________________</w:t>
      </w:r>
    </w:p>
    <w:p>
      <w:r>
        <w:t>Name: ____________________________</w:t>
      </w:r>
    </w:p>
    <w:p/>
    <w:p>
      <w:r>
        <w:t>WITNESSES</w:t>
      </w:r>
    </w:p>
    <w:p/>
    <w:p>
      <w:r>
        <w:t>1. Signature: ____________________</w:t>
      </w:r>
    </w:p>
    <w:p>
      <w:r>
        <w:t xml:space="preserve">   Name &amp; Address: _______________</w:t>
      </w:r>
    </w:p>
    <w:p/>
    <w:p>
      <w:r>
        <w:t>2. Signature: ____________________</w:t>
      </w:r>
    </w:p>
    <w:p>
      <w:r>
        <w:t xml:space="preserve">   Name &amp; Address: _______________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