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19253" w14:textId="27B8D08C" w:rsidR="005C3D87" w:rsidRPr="000D3794" w:rsidRDefault="00033AD6">
      <w:pPr>
        <w:pStyle w:val="Heading1"/>
        <w:jc w:val="center"/>
        <w:rPr>
          <w:sz w:val="36"/>
          <w:szCs w:val="36"/>
          <w:u w:val="single"/>
        </w:rPr>
      </w:pPr>
      <w:r w:rsidRPr="000D3794">
        <w:rPr>
          <w:sz w:val="36"/>
          <w:szCs w:val="36"/>
          <w:u w:val="single"/>
        </w:rPr>
        <w:t>COMMERCIAL RENTAL AGREEMENT</w:t>
      </w:r>
      <w:r w:rsidR="00FC4359" w:rsidRPr="000D3794">
        <w:rPr>
          <w:sz w:val="36"/>
          <w:szCs w:val="36"/>
          <w:u w:val="single"/>
        </w:rPr>
        <w:t xml:space="preserve"> – MOORI COMPLEX</w:t>
      </w:r>
    </w:p>
    <w:p w14:paraId="3CA71B6C" w14:textId="77777777" w:rsidR="005C3D87" w:rsidRDefault="005C3D87"/>
    <w:p w14:paraId="71D3CA95" w14:textId="468C15AC" w:rsidR="005C3D87" w:rsidRDefault="00033AD6">
      <w:r>
        <w:t>This Commercial Rental Agreement is made and executed on this _</w:t>
      </w:r>
      <w:proofErr w:type="gramStart"/>
      <w:r w:rsidR="003E3B37" w:rsidRPr="003E3B37">
        <w:rPr>
          <w:b/>
          <w:bCs/>
        </w:rPr>
        <w:t>04</w:t>
      </w:r>
      <w:r w:rsidRPr="003E3B37">
        <w:rPr>
          <w:b/>
          <w:bCs/>
        </w:rPr>
        <w:t>__</w:t>
      </w:r>
      <w:r>
        <w:t xml:space="preserve"> </w:t>
      </w:r>
      <w:proofErr w:type="gramEnd"/>
      <w:r>
        <w:t>day of ___</w:t>
      </w:r>
      <w:r w:rsidR="00650B0C" w:rsidRPr="00650B0C">
        <w:rPr>
          <w:b/>
          <w:bCs/>
        </w:rPr>
        <w:t>March</w:t>
      </w:r>
      <w:r>
        <w:t xml:space="preserve"> </w:t>
      </w:r>
      <w:r w:rsidRPr="00650B0C">
        <w:rPr>
          <w:b/>
          <w:bCs/>
        </w:rPr>
        <w:t>20</w:t>
      </w:r>
      <w:r w:rsidR="00650B0C" w:rsidRPr="00650B0C">
        <w:rPr>
          <w:b/>
          <w:bCs/>
        </w:rPr>
        <w:t>26</w:t>
      </w:r>
      <w:r>
        <w:t xml:space="preserve">_ at </w:t>
      </w:r>
      <w:proofErr w:type="spellStart"/>
      <w:r w:rsidR="00650B0C" w:rsidRPr="00650B0C">
        <w:rPr>
          <w:b/>
          <w:bCs/>
        </w:rPr>
        <w:t>Nandalur</w:t>
      </w:r>
      <w:proofErr w:type="spellEnd"/>
      <w:r w:rsidRPr="00650B0C">
        <w:rPr>
          <w:b/>
          <w:bCs/>
        </w:rPr>
        <w:t>_ (City), Andhra Pradesh.</w:t>
      </w:r>
    </w:p>
    <w:p w14:paraId="650FB9DA" w14:textId="77777777" w:rsidR="005C3D87" w:rsidRDefault="005C3D87"/>
    <w:p w14:paraId="2759C6A0" w14:textId="77777777" w:rsidR="005C3D87" w:rsidRDefault="00033AD6">
      <w:r>
        <w:t>BETWEEN</w:t>
      </w:r>
    </w:p>
    <w:p w14:paraId="3A25A737" w14:textId="77777777" w:rsidR="005C3D87" w:rsidRDefault="005C3D87"/>
    <w:p w14:paraId="518CC092" w14:textId="571662F9" w:rsidR="005C3D87" w:rsidRDefault="00033AD6">
      <w:r>
        <w:t xml:space="preserve">Mr. </w:t>
      </w:r>
      <w:r w:rsidR="00650B0C" w:rsidRPr="00650B0C">
        <w:rPr>
          <w:b/>
          <w:bCs/>
        </w:rPr>
        <w:t xml:space="preserve">Moori </w:t>
      </w:r>
      <w:proofErr w:type="spellStart"/>
      <w:r w:rsidR="00650B0C" w:rsidRPr="00650B0C">
        <w:rPr>
          <w:b/>
          <w:bCs/>
        </w:rPr>
        <w:t>BaddiReddy</w:t>
      </w:r>
      <w:proofErr w:type="spellEnd"/>
      <w:r>
        <w:t>_____,</w:t>
      </w:r>
    </w:p>
    <w:p w14:paraId="1FC487D8" w14:textId="639BEA51" w:rsidR="005C3D87" w:rsidRDefault="00033AD6">
      <w:r>
        <w:t xml:space="preserve">S/o / </w:t>
      </w:r>
      <w:r w:rsidR="00650B0C" w:rsidRPr="00650B0C">
        <w:rPr>
          <w:b/>
          <w:bCs/>
        </w:rPr>
        <w:t>Moori Venkat Reddy</w:t>
      </w:r>
      <w:r>
        <w:t>_____,</w:t>
      </w:r>
    </w:p>
    <w:p w14:paraId="519C2509" w14:textId="0CFC6E88" w:rsidR="005C3D87" w:rsidRDefault="00033AD6">
      <w:r>
        <w:t xml:space="preserve">Age: </w:t>
      </w:r>
      <w:r w:rsidR="00650B0C" w:rsidRPr="00650B0C">
        <w:rPr>
          <w:b/>
          <w:bCs/>
        </w:rPr>
        <w:t>76</w:t>
      </w:r>
      <w:r>
        <w:t>_ years,</w:t>
      </w:r>
    </w:p>
    <w:p w14:paraId="6E45B39E" w14:textId="08B80323" w:rsidR="005C3D87" w:rsidRDefault="00033AD6">
      <w:r>
        <w:t>Address: _</w:t>
      </w:r>
      <w:proofErr w:type="spellStart"/>
      <w:r w:rsidR="00650B0C" w:rsidRPr="00650B0C">
        <w:rPr>
          <w:b/>
          <w:bCs/>
        </w:rPr>
        <w:t>Adapur</w:t>
      </w:r>
      <w:proofErr w:type="spellEnd"/>
      <w:r w:rsidR="00650B0C" w:rsidRPr="00650B0C">
        <w:rPr>
          <w:b/>
          <w:bCs/>
        </w:rPr>
        <w:t xml:space="preserve">, </w:t>
      </w:r>
      <w:proofErr w:type="spellStart"/>
      <w:r w:rsidR="00650B0C" w:rsidRPr="00650B0C">
        <w:rPr>
          <w:b/>
          <w:bCs/>
        </w:rPr>
        <w:t>Nandalur</w:t>
      </w:r>
      <w:proofErr w:type="spellEnd"/>
      <w:r w:rsidR="00650B0C" w:rsidRPr="00650B0C">
        <w:rPr>
          <w:b/>
          <w:bCs/>
        </w:rPr>
        <w:t>, Kadapa, Andhra Pradesh, India</w:t>
      </w:r>
      <w:r>
        <w:t>__________________,</w:t>
      </w:r>
    </w:p>
    <w:p w14:paraId="03089D14" w14:textId="6F181789" w:rsidR="005C3D87" w:rsidRDefault="00033AD6">
      <w:r>
        <w:t>Aadhaar No: __</w:t>
      </w:r>
      <w:r w:rsidR="00650B0C" w:rsidRPr="00650B0C">
        <w:rPr>
          <w:b/>
          <w:bCs/>
        </w:rPr>
        <w:t>3855 4310 4323</w:t>
      </w:r>
      <w:r>
        <w:t>_______,</w:t>
      </w:r>
    </w:p>
    <w:p w14:paraId="7C7EB24C" w14:textId="77777777" w:rsidR="005C3D87" w:rsidRDefault="00033AD6">
      <w:r>
        <w:t>Hereinafter referred to as the “LESSOR / PROPERTY OWNER”</w:t>
      </w:r>
    </w:p>
    <w:p w14:paraId="238B09FF" w14:textId="77777777" w:rsidR="005C3D87" w:rsidRDefault="005C3D87"/>
    <w:p w14:paraId="280B33E9" w14:textId="77777777" w:rsidR="005C3D87" w:rsidRDefault="00033AD6">
      <w:r>
        <w:t>AND</w:t>
      </w:r>
    </w:p>
    <w:p w14:paraId="50D334EE" w14:textId="77777777" w:rsidR="005C3D87" w:rsidRDefault="005C3D87"/>
    <w:p w14:paraId="51A26CA5" w14:textId="77777777" w:rsidR="005C3D87" w:rsidRDefault="00033AD6">
      <w:r>
        <w:t>Mr./Mrs. / Firm / Company __________________________,</w:t>
      </w:r>
    </w:p>
    <w:p w14:paraId="5F2EDC24" w14:textId="77777777" w:rsidR="005C3D87" w:rsidRDefault="00033AD6">
      <w:r>
        <w:t>Represented by __________________________,</w:t>
      </w:r>
    </w:p>
    <w:p w14:paraId="23C047FE" w14:textId="77777777" w:rsidR="005C3D87" w:rsidRDefault="00033AD6">
      <w:r>
        <w:t>Address: ____________________________________________,</w:t>
      </w:r>
    </w:p>
    <w:p w14:paraId="229698DE" w14:textId="77777777" w:rsidR="005C3D87" w:rsidRDefault="00033AD6">
      <w:r>
        <w:t>GST No. (if applicable): _____________________,</w:t>
      </w:r>
    </w:p>
    <w:p w14:paraId="06733BF7" w14:textId="77777777" w:rsidR="005C3D87" w:rsidRDefault="00033AD6">
      <w:r>
        <w:t>Hereinafter referred to as the “LESSEE / TENANT”</w:t>
      </w:r>
    </w:p>
    <w:p w14:paraId="0DD038DE" w14:textId="77777777" w:rsidR="005C3D87" w:rsidRDefault="005C3D87"/>
    <w:p w14:paraId="10F5582C" w14:textId="77777777" w:rsidR="00650B0C" w:rsidRDefault="00650B0C"/>
    <w:p w14:paraId="680B00FA" w14:textId="77777777" w:rsidR="00650B0C" w:rsidRDefault="00650B0C"/>
    <w:p w14:paraId="082250BA" w14:textId="77777777" w:rsidR="005C3D87" w:rsidRDefault="00033AD6">
      <w:r>
        <w:lastRenderedPageBreak/>
        <w:t>1. PROPERTY DETAILS</w:t>
      </w:r>
    </w:p>
    <w:p w14:paraId="277FAC44" w14:textId="77777777" w:rsidR="005C3D87" w:rsidRDefault="00033AD6">
      <w:r>
        <w:t xml:space="preserve">The Lessor hereby agrees to rent the commercial premises (Shop / </w:t>
      </w:r>
      <w:r w:rsidRPr="00650B0C">
        <w:rPr>
          <w:strike/>
        </w:rPr>
        <w:t>Office / Warehouse</w:t>
      </w:r>
      <w:r>
        <w:t>) located at:</w:t>
      </w:r>
    </w:p>
    <w:p w14:paraId="6800651F" w14:textId="77777777" w:rsidR="005C3D87" w:rsidRDefault="005C3D87"/>
    <w:p w14:paraId="72344DD8" w14:textId="4F6459C2" w:rsidR="005C3D87" w:rsidRDefault="00594D23">
      <w:r>
        <w:t xml:space="preserve">Shop </w:t>
      </w:r>
      <w:r w:rsidR="00033AD6">
        <w:t>Address:</w:t>
      </w:r>
    </w:p>
    <w:p w14:paraId="1DAEB13D" w14:textId="77777777" w:rsidR="00650B0C" w:rsidRPr="00650B0C" w:rsidRDefault="00650B0C">
      <w:pPr>
        <w:rPr>
          <w:b/>
          <w:bCs/>
        </w:rPr>
      </w:pPr>
      <w:r w:rsidRPr="00650B0C">
        <w:rPr>
          <w:b/>
          <w:bCs/>
        </w:rPr>
        <w:t xml:space="preserve">Shop </w:t>
      </w:r>
      <w:proofErr w:type="gramStart"/>
      <w:r w:rsidRPr="00650B0C">
        <w:rPr>
          <w:b/>
          <w:bCs/>
        </w:rPr>
        <w:t>No :</w:t>
      </w:r>
      <w:proofErr w:type="gramEnd"/>
      <w:r w:rsidRPr="00650B0C">
        <w:rPr>
          <w:b/>
          <w:bCs/>
        </w:rPr>
        <w:t xml:space="preserve"> G08, Building </w:t>
      </w:r>
      <w:proofErr w:type="gramStart"/>
      <w:r w:rsidRPr="00650B0C">
        <w:rPr>
          <w:b/>
          <w:bCs/>
        </w:rPr>
        <w:t>No :</w:t>
      </w:r>
      <w:proofErr w:type="gramEnd"/>
      <w:r w:rsidRPr="00650B0C">
        <w:rPr>
          <w:b/>
          <w:bCs/>
        </w:rPr>
        <w:t xml:space="preserve"> 2-44A, </w:t>
      </w:r>
    </w:p>
    <w:p w14:paraId="09580A69" w14:textId="5402B7F8" w:rsidR="00650B0C" w:rsidRPr="00650B0C" w:rsidRDefault="00650B0C">
      <w:pPr>
        <w:rPr>
          <w:b/>
          <w:bCs/>
        </w:rPr>
      </w:pPr>
      <w:proofErr w:type="spellStart"/>
      <w:r w:rsidRPr="00650B0C">
        <w:rPr>
          <w:b/>
          <w:bCs/>
        </w:rPr>
        <w:t>BaddiReddy’s</w:t>
      </w:r>
      <w:proofErr w:type="spellEnd"/>
      <w:r w:rsidRPr="00650B0C">
        <w:rPr>
          <w:b/>
          <w:bCs/>
        </w:rPr>
        <w:t xml:space="preserve"> Super Mart</w:t>
      </w:r>
      <w:r>
        <w:rPr>
          <w:b/>
          <w:bCs/>
        </w:rPr>
        <w:t xml:space="preserve"> (GST Reg# 37DGDPM5782</w:t>
      </w:r>
      <w:proofErr w:type="gramStart"/>
      <w:r>
        <w:rPr>
          <w:b/>
          <w:bCs/>
        </w:rPr>
        <w:t>HIZZ )</w:t>
      </w:r>
      <w:proofErr w:type="gramEnd"/>
    </w:p>
    <w:p w14:paraId="0F979721" w14:textId="60A2E59B" w:rsidR="00650B0C" w:rsidRPr="00650B0C" w:rsidRDefault="00650B0C">
      <w:pPr>
        <w:rPr>
          <w:b/>
          <w:bCs/>
        </w:rPr>
      </w:pPr>
      <w:r w:rsidRPr="00650B0C">
        <w:rPr>
          <w:b/>
          <w:bCs/>
        </w:rPr>
        <w:t xml:space="preserve">Opp Ambedkar Statue, Near </w:t>
      </w:r>
      <w:proofErr w:type="spellStart"/>
      <w:r w:rsidRPr="00650B0C">
        <w:rPr>
          <w:b/>
          <w:bCs/>
        </w:rPr>
        <w:t>Bustand</w:t>
      </w:r>
      <w:proofErr w:type="spellEnd"/>
      <w:r w:rsidRPr="00650B0C">
        <w:rPr>
          <w:b/>
          <w:bCs/>
        </w:rPr>
        <w:t xml:space="preserve">, R S Road, Nagireddy Palle, </w:t>
      </w:r>
    </w:p>
    <w:p w14:paraId="5B9B53C6" w14:textId="2ED72AF4" w:rsidR="005C3D87" w:rsidRPr="00650B0C" w:rsidRDefault="00650B0C">
      <w:pPr>
        <w:rPr>
          <w:b/>
          <w:bCs/>
        </w:rPr>
      </w:pPr>
      <w:proofErr w:type="spellStart"/>
      <w:r w:rsidRPr="00650B0C">
        <w:rPr>
          <w:b/>
          <w:bCs/>
        </w:rPr>
        <w:t>Nandalur</w:t>
      </w:r>
      <w:proofErr w:type="spellEnd"/>
      <w:r w:rsidRPr="00650B0C">
        <w:rPr>
          <w:b/>
          <w:bCs/>
        </w:rPr>
        <w:t>, Kadapa, Andhra Pradesh - 516150</w:t>
      </w:r>
    </w:p>
    <w:p w14:paraId="518FBC7A" w14:textId="77777777" w:rsidR="005C3D87" w:rsidRDefault="005C3D87"/>
    <w:p w14:paraId="123E7176" w14:textId="77777777" w:rsidR="005C3D87" w:rsidRDefault="00033AD6">
      <w:r>
        <w:t>2. RENT</w:t>
      </w:r>
    </w:p>
    <w:p w14:paraId="009366E1" w14:textId="356703D7" w:rsidR="005C3D87" w:rsidRDefault="00033AD6">
      <w:r>
        <w:t>The Lessee shall pay a monthly rent of ₹____</w:t>
      </w:r>
      <w:r w:rsidR="00650B0C" w:rsidRPr="00650B0C">
        <w:rPr>
          <w:b/>
          <w:bCs/>
        </w:rPr>
        <w:t>20,000/-</w:t>
      </w:r>
      <w:r>
        <w:t xml:space="preserve">____ (Rupees </w:t>
      </w:r>
      <w:r w:rsidR="00650B0C">
        <w:t>-</w:t>
      </w:r>
      <w:r>
        <w:t>_</w:t>
      </w:r>
      <w:r w:rsidR="00650B0C" w:rsidRPr="00650B0C">
        <w:rPr>
          <w:b/>
          <w:bCs/>
        </w:rPr>
        <w:t xml:space="preserve">Twenty Thousand </w:t>
      </w:r>
      <w:r w:rsidRPr="00650B0C">
        <w:rPr>
          <w:b/>
          <w:bCs/>
        </w:rPr>
        <w:t>only</w:t>
      </w:r>
      <w:r>
        <w:t>) on or before the __</w:t>
      </w:r>
      <w:r w:rsidR="002D4E5E">
        <w:rPr>
          <w:b/>
          <w:bCs/>
        </w:rPr>
        <w:t>7</w:t>
      </w:r>
      <w:r w:rsidR="00650B0C" w:rsidRPr="00650B0C">
        <w:rPr>
          <w:b/>
          <w:bCs/>
        </w:rPr>
        <w:t>th</w:t>
      </w:r>
      <w:r w:rsidRPr="00650B0C">
        <w:rPr>
          <w:b/>
          <w:bCs/>
        </w:rPr>
        <w:t>_</w:t>
      </w:r>
      <w:r>
        <w:t xml:space="preserve"> day of every English calendar month.</w:t>
      </w:r>
    </w:p>
    <w:p w14:paraId="31DE8341" w14:textId="0F30DA21" w:rsidR="005C3D87" w:rsidRDefault="005C3D87"/>
    <w:p w14:paraId="405E3353" w14:textId="77777777" w:rsidR="005C3D87" w:rsidRDefault="00033AD6">
      <w:r>
        <w:t>3. SECURITY DEPOSIT</w:t>
      </w:r>
    </w:p>
    <w:p w14:paraId="78E3CCE8" w14:textId="0D7C2C1B" w:rsidR="005C3D87" w:rsidRDefault="00033AD6">
      <w:r>
        <w:t>The Lessee has paid a refundable security deposit of ₹__</w:t>
      </w:r>
      <w:r w:rsidR="00650B0C" w:rsidRPr="00650B0C">
        <w:rPr>
          <w:b/>
          <w:bCs/>
        </w:rPr>
        <w:t>60,000/-</w:t>
      </w:r>
      <w:r w:rsidRPr="00650B0C">
        <w:rPr>
          <w:b/>
          <w:bCs/>
        </w:rPr>
        <w:t>___.</w:t>
      </w:r>
      <w:r>
        <w:t xml:space="preserve"> The same shall be returned upon termination of the agreement after adjusting outstanding dues or damages, if any.</w:t>
      </w:r>
    </w:p>
    <w:p w14:paraId="5638C908" w14:textId="77777777" w:rsidR="005C3D87" w:rsidRDefault="005C3D87"/>
    <w:p w14:paraId="5B850F59" w14:textId="77777777" w:rsidR="005C3D87" w:rsidRDefault="00033AD6">
      <w:r>
        <w:t>4. LEASE PERIOD</w:t>
      </w:r>
    </w:p>
    <w:p w14:paraId="1AAAA233" w14:textId="01B00625" w:rsidR="005C3D87" w:rsidRDefault="00033AD6">
      <w:r>
        <w:t xml:space="preserve">The lease period shall commence </w:t>
      </w:r>
      <w:proofErr w:type="gramStart"/>
      <w:r>
        <w:t>from __</w:t>
      </w:r>
      <w:proofErr w:type="gramEnd"/>
      <w:r>
        <w:t>_ / ___ / 20___ and shall remain in force till ___ / ___ / 20___ for a total period of _</w:t>
      </w:r>
      <w:r w:rsidR="00650B0C" w:rsidRPr="00650B0C">
        <w:rPr>
          <w:b/>
          <w:bCs/>
        </w:rPr>
        <w:t>2</w:t>
      </w:r>
      <w:r w:rsidRPr="00650B0C">
        <w:rPr>
          <w:b/>
          <w:bCs/>
        </w:rPr>
        <w:t>_</w:t>
      </w:r>
      <w:r>
        <w:t xml:space="preserve"> years / months.</w:t>
      </w:r>
    </w:p>
    <w:p w14:paraId="1F1D4257" w14:textId="77777777" w:rsidR="005C3D87" w:rsidRDefault="005C3D87"/>
    <w:p w14:paraId="4086C5D8" w14:textId="77777777" w:rsidR="005C3D87" w:rsidRDefault="00033AD6">
      <w:r>
        <w:t>5. PURPOSE OF USE</w:t>
      </w:r>
    </w:p>
    <w:p w14:paraId="0D60B8D4" w14:textId="77777777" w:rsidR="005C3D87" w:rsidRDefault="00033AD6">
      <w:r>
        <w:t>The premises shall be used strictly for commercial purposes only and shall not be used for any illegal or unlawful activities.</w:t>
      </w:r>
    </w:p>
    <w:p w14:paraId="46BF2688" w14:textId="77777777" w:rsidR="00594D23" w:rsidRDefault="00594D23"/>
    <w:p w14:paraId="43DFEEF5" w14:textId="77777777" w:rsidR="005C3D87" w:rsidRDefault="00033AD6">
      <w:r>
        <w:lastRenderedPageBreak/>
        <w:t>6. MAINTENANCE &amp; UTILITIES</w:t>
      </w:r>
    </w:p>
    <w:p w14:paraId="00DEF58A" w14:textId="77777777" w:rsidR="005C3D87" w:rsidRDefault="00033AD6">
      <w:r>
        <w:t>Electricity, water, internet, municipal taxes (if applicable), and all other utility charges shall be borne by the Lessee. Routine maintenance shall be the responsibility of the Lessee.</w:t>
      </w:r>
    </w:p>
    <w:p w14:paraId="548A31E3" w14:textId="77777777" w:rsidR="00882138" w:rsidRDefault="00882138"/>
    <w:p w14:paraId="07432859" w14:textId="751C9B9C" w:rsidR="00882138" w:rsidRPr="00882138" w:rsidRDefault="00882138" w:rsidP="00882138">
      <w:r>
        <w:t>7</w:t>
      </w:r>
      <w:r w:rsidRPr="00882138">
        <w:t xml:space="preserve">. ADDITIONAL SHOP RENTAL RESTRICTIONS </w:t>
      </w:r>
    </w:p>
    <w:p w14:paraId="366F945B" w14:textId="77777777" w:rsidR="00882138" w:rsidRPr="00882138" w:rsidRDefault="00882138" w:rsidP="00882138">
      <w:r w:rsidRPr="00882138">
        <w:t>(a) Prohibited activities: (</w:t>
      </w:r>
      <w:proofErr w:type="spellStart"/>
      <w:r w:rsidRPr="00882138">
        <w:t>i</w:t>
      </w:r>
      <w:proofErr w:type="spellEnd"/>
      <w:r w:rsidRPr="00882138">
        <w:t>) liquor sales/storage, (ii) gambling/lottery, (iii) arms/ammunition, (iv) explosives/fire</w:t>
      </w:r>
      <w:r w:rsidRPr="00882138">
        <w:noBreakHyphen/>
        <w:t>crackers/flammable chemicals, (v) illegal trade, (vi) activities causing excessive smoke/</w:t>
      </w:r>
      <w:proofErr w:type="spellStart"/>
      <w:r w:rsidRPr="00882138">
        <w:t>odour</w:t>
      </w:r>
      <w:proofErr w:type="spellEnd"/>
      <w:r w:rsidRPr="00882138">
        <w:t>/noise/vibration beyond permissible limits.</w:t>
      </w:r>
    </w:p>
    <w:p w14:paraId="719B3F79" w14:textId="77777777" w:rsidR="00882138" w:rsidRPr="00882138" w:rsidRDefault="00882138" w:rsidP="00882138">
      <w:r w:rsidRPr="00882138">
        <w:t>(b) Restricted categories (require prior written consent of Lessor + all statutory approvals): restaurants/food processing, meat/fish outlets, medical/clinical/pharmacy, workshops using heavy machinery, welding/painting, chemical storage, battery/inverter manufacturing/repair, and any ‘hazardous/offensive’ trade.</w:t>
      </w:r>
    </w:p>
    <w:p w14:paraId="6204739C" w14:textId="441D6385" w:rsidR="00882138" w:rsidRPr="00882138" w:rsidRDefault="00882138" w:rsidP="00882138">
      <w:r w:rsidRPr="00882138">
        <w:t>(</w:t>
      </w:r>
      <w:r w:rsidR="00315CBD">
        <w:t>c</w:t>
      </w:r>
      <w:r w:rsidRPr="00882138">
        <w:t>) Fire &amp; safety: Lessee shall keep suitable fire extinguishers, maintain clear access/egress, and follow electrical safety; no overloading of wiring.</w:t>
      </w:r>
    </w:p>
    <w:p w14:paraId="674A2238" w14:textId="26E6CA99" w:rsidR="00882138" w:rsidRPr="00882138" w:rsidRDefault="00882138" w:rsidP="00882138">
      <w:r w:rsidRPr="00882138">
        <w:t>(</w:t>
      </w:r>
      <w:r w:rsidR="00EE2A93">
        <w:t>e</w:t>
      </w:r>
      <w:r w:rsidRPr="00882138">
        <w:t>) Storage &amp; housekeeping: no storage in common areas; keep the frontage and surrounding area clean; proper waste segregation and disposal.</w:t>
      </w:r>
    </w:p>
    <w:p w14:paraId="220FB4CF" w14:textId="5F7BC031" w:rsidR="00882138" w:rsidRPr="00882138" w:rsidRDefault="00882138" w:rsidP="00882138">
      <w:r w:rsidRPr="00882138">
        <w:t>(</w:t>
      </w:r>
      <w:r w:rsidR="00315CBD">
        <w:t>d</w:t>
      </w:r>
      <w:r w:rsidRPr="00882138">
        <w:t xml:space="preserve">) Parking &amp; obstruction: no encroachment/obstruction on footpaths/road margins; ensure customer parking does not block </w:t>
      </w:r>
      <w:r w:rsidR="00910711" w:rsidRPr="00882138">
        <w:t>neighbors</w:t>
      </w:r>
      <w:r w:rsidRPr="00882138">
        <w:t>.</w:t>
      </w:r>
    </w:p>
    <w:p w14:paraId="65AF61C8" w14:textId="06CD4531" w:rsidR="00882138" w:rsidRDefault="00882138">
      <w:r w:rsidRPr="00882138">
        <w:t>(</w:t>
      </w:r>
      <w:r w:rsidR="00315CBD">
        <w:t>e</w:t>
      </w:r>
      <w:r w:rsidRPr="00882138">
        <w:t xml:space="preserve">) </w:t>
      </w:r>
      <w:r w:rsidR="00910711" w:rsidRPr="00882138">
        <w:t>Neighborhood</w:t>
      </w:r>
      <w:r w:rsidRPr="00882138">
        <w:t xml:space="preserve"> harmony: no activity that causes nuisance to </w:t>
      </w:r>
      <w:r w:rsidR="00910711" w:rsidRPr="00882138">
        <w:t>neighboring</w:t>
      </w:r>
      <w:r w:rsidRPr="00882138">
        <w:t xml:space="preserve"> residents/</w:t>
      </w:r>
      <w:proofErr w:type="gramStart"/>
      <w:r w:rsidRPr="00882138">
        <w:t>shops;</w:t>
      </w:r>
      <w:proofErr w:type="gramEnd"/>
      <w:r w:rsidRPr="00882138">
        <w:t xml:space="preserve"> </w:t>
      </w:r>
    </w:p>
    <w:p w14:paraId="37ECD518" w14:textId="77777777" w:rsidR="00315CBD" w:rsidRDefault="00315CBD"/>
    <w:p w14:paraId="7E9CD7B9" w14:textId="6D925281" w:rsidR="005C3D87" w:rsidRDefault="00104314">
      <w:r>
        <w:t>8</w:t>
      </w:r>
      <w:r w:rsidR="00033AD6">
        <w:t>. ALTERATIONS</w:t>
      </w:r>
    </w:p>
    <w:p w14:paraId="620CCA7A" w14:textId="77777777" w:rsidR="005C3D87" w:rsidRDefault="00033AD6">
      <w:r>
        <w:t>No structural alterations shall be made without prior written consent of the Lessor.</w:t>
      </w:r>
    </w:p>
    <w:p w14:paraId="0C395DC6" w14:textId="77777777" w:rsidR="00315CBD" w:rsidRDefault="00315CBD"/>
    <w:p w14:paraId="37BD6904" w14:textId="7E48E763" w:rsidR="005C3D87" w:rsidRDefault="00104314">
      <w:r>
        <w:t>9</w:t>
      </w:r>
      <w:r w:rsidR="00033AD6">
        <w:t>. SUB-LETTING</w:t>
      </w:r>
    </w:p>
    <w:p w14:paraId="78728CC0" w14:textId="77777777" w:rsidR="005C3D87" w:rsidRDefault="00033AD6">
      <w:r>
        <w:t>The Lessee shall not sublet or assign the premises without prior written consent of the Lessor.</w:t>
      </w:r>
    </w:p>
    <w:p w14:paraId="31C21809" w14:textId="77777777" w:rsidR="001171BB" w:rsidRDefault="001171BB"/>
    <w:p w14:paraId="50F3B6D1" w14:textId="77777777" w:rsidR="001171BB" w:rsidRDefault="001171BB"/>
    <w:p w14:paraId="42D6CB99" w14:textId="7E20F213" w:rsidR="005C3D87" w:rsidRDefault="00315CBD">
      <w:r>
        <w:lastRenderedPageBreak/>
        <w:t>10</w:t>
      </w:r>
      <w:r w:rsidR="00033AD6">
        <w:t>. TERMINATION</w:t>
      </w:r>
    </w:p>
    <w:p w14:paraId="454D8DD7" w14:textId="58E87BE7" w:rsidR="005C3D87" w:rsidRDefault="00033AD6">
      <w:r>
        <w:t xml:space="preserve">Either party may terminate this agreement by giving </w:t>
      </w:r>
      <w:r w:rsidRPr="00650B0C">
        <w:rPr>
          <w:b/>
          <w:bCs/>
        </w:rPr>
        <w:t>_</w:t>
      </w:r>
      <w:r w:rsidR="00650B0C" w:rsidRPr="00650B0C">
        <w:rPr>
          <w:b/>
          <w:bCs/>
        </w:rPr>
        <w:t>3</w:t>
      </w:r>
      <w:r w:rsidRPr="00650B0C">
        <w:rPr>
          <w:b/>
          <w:bCs/>
        </w:rPr>
        <w:t>__</w:t>
      </w:r>
      <w:r>
        <w:t xml:space="preserve"> months’ prior written notice to the other party.</w:t>
      </w:r>
    </w:p>
    <w:p w14:paraId="4F4FB5E0" w14:textId="77777777" w:rsidR="001171BB" w:rsidRDefault="001171BB"/>
    <w:p w14:paraId="07BFC6DA" w14:textId="43E9CB8C" w:rsidR="005C3D87" w:rsidRDefault="00033AD6">
      <w:r>
        <w:t>1</w:t>
      </w:r>
      <w:r w:rsidR="00315CBD">
        <w:t>1</w:t>
      </w:r>
      <w:r>
        <w:t>. DEFAULT</w:t>
      </w:r>
    </w:p>
    <w:p w14:paraId="633C3FC8" w14:textId="77777777" w:rsidR="005C3D87" w:rsidRDefault="00033AD6">
      <w:r>
        <w:t>Failure to pay rent for two consecutive months shall be treated as a breach of this agreement.</w:t>
      </w:r>
    </w:p>
    <w:p w14:paraId="1967CA67" w14:textId="77777777" w:rsidR="005C3D87" w:rsidRDefault="005C3D87"/>
    <w:p w14:paraId="3DCC96BA" w14:textId="5DDA9163" w:rsidR="005C3D87" w:rsidRDefault="00033AD6">
      <w:r>
        <w:t>1</w:t>
      </w:r>
      <w:r w:rsidR="00315CBD">
        <w:t>2</w:t>
      </w:r>
      <w:r>
        <w:t>. GOVERNING LAW</w:t>
      </w:r>
    </w:p>
    <w:p w14:paraId="6CBF3815" w14:textId="77777777" w:rsidR="005C3D87" w:rsidRDefault="00033AD6">
      <w:r>
        <w:t>This agreement shall be governed by and construed in accordance with the laws applicable in the State of Andhra Pradesh.</w:t>
      </w:r>
    </w:p>
    <w:p w14:paraId="7ED767A6" w14:textId="77777777" w:rsidR="005C3D87" w:rsidRDefault="005C3D87"/>
    <w:p w14:paraId="28B04C68" w14:textId="77777777" w:rsidR="005C3D87" w:rsidRDefault="00033AD6">
      <w:r>
        <w:t>IN WITNESS WHEREOF, both parties have signed this agreement on the date and place mentioned above.</w:t>
      </w:r>
    </w:p>
    <w:p w14:paraId="0E700A6D" w14:textId="77777777" w:rsidR="005C3D87" w:rsidRDefault="005C3D87"/>
    <w:p w14:paraId="7B4CA680" w14:textId="77777777" w:rsidR="005C3D87" w:rsidRDefault="00033AD6">
      <w:r>
        <w:t>LESSOR / PROPERTY OWNER</w:t>
      </w:r>
    </w:p>
    <w:p w14:paraId="469C7177" w14:textId="77777777" w:rsidR="005C3D87" w:rsidRDefault="00033AD6">
      <w:r>
        <w:t>Signature: ________________________</w:t>
      </w:r>
    </w:p>
    <w:p w14:paraId="7AB9AA88" w14:textId="55053643" w:rsidR="005C3D87" w:rsidRDefault="00033AD6">
      <w:r>
        <w:t>Name: ___</w:t>
      </w:r>
      <w:r w:rsidR="00650B0C" w:rsidRPr="00650B0C">
        <w:rPr>
          <w:b/>
          <w:bCs/>
        </w:rPr>
        <w:t xml:space="preserve">Moori </w:t>
      </w:r>
      <w:proofErr w:type="spellStart"/>
      <w:r w:rsidR="00650B0C" w:rsidRPr="00650B0C">
        <w:rPr>
          <w:b/>
          <w:bCs/>
        </w:rPr>
        <w:t>BaddiReddy</w:t>
      </w:r>
      <w:proofErr w:type="spellEnd"/>
      <w:r w:rsidRPr="00650B0C">
        <w:rPr>
          <w:b/>
          <w:bCs/>
        </w:rPr>
        <w:t>_________________________</w:t>
      </w:r>
    </w:p>
    <w:p w14:paraId="3FD02E79" w14:textId="77777777" w:rsidR="005C3D87" w:rsidRDefault="005C3D87"/>
    <w:p w14:paraId="3093B698" w14:textId="77777777" w:rsidR="005C3D87" w:rsidRDefault="00033AD6">
      <w:r>
        <w:t>LESSEE / TENANT</w:t>
      </w:r>
    </w:p>
    <w:p w14:paraId="2DD0A881" w14:textId="77777777" w:rsidR="005C3D87" w:rsidRDefault="00033AD6">
      <w:r>
        <w:t>Signature: ________________________</w:t>
      </w:r>
    </w:p>
    <w:p w14:paraId="38DD3B0D" w14:textId="77777777" w:rsidR="005C3D87" w:rsidRDefault="00033AD6">
      <w:r>
        <w:t>Name: ____________________________</w:t>
      </w:r>
    </w:p>
    <w:p w14:paraId="1A2F2190" w14:textId="77777777" w:rsidR="005C3D87" w:rsidRDefault="005C3D87"/>
    <w:p w14:paraId="1D2761DD" w14:textId="77777777" w:rsidR="005C3D87" w:rsidRDefault="00033AD6">
      <w:r>
        <w:t>WITNESSES</w:t>
      </w:r>
    </w:p>
    <w:p w14:paraId="0AE218E1" w14:textId="77777777" w:rsidR="005C3D87" w:rsidRDefault="005C3D87"/>
    <w:p w14:paraId="1EE12F0E" w14:textId="77777777" w:rsidR="005C3D87" w:rsidRDefault="00033AD6">
      <w:r>
        <w:t>1. Signature: ____________________</w:t>
      </w:r>
    </w:p>
    <w:p w14:paraId="5F253E37" w14:textId="6F6DDD13" w:rsidR="005C3D87" w:rsidRDefault="00033AD6">
      <w:r>
        <w:t xml:space="preserve">   Name &amp; Address: _______________</w:t>
      </w:r>
    </w:p>
    <w:sectPr w:rsidR="005C3D8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3922829">
    <w:abstractNumId w:val="8"/>
  </w:num>
  <w:num w:numId="2" w16cid:durableId="2134909019">
    <w:abstractNumId w:val="6"/>
  </w:num>
  <w:num w:numId="3" w16cid:durableId="682051616">
    <w:abstractNumId w:val="5"/>
  </w:num>
  <w:num w:numId="4" w16cid:durableId="1679847706">
    <w:abstractNumId w:val="4"/>
  </w:num>
  <w:num w:numId="5" w16cid:durableId="564992994">
    <w:abstractNumId w:val="7"/>
  </w:num>
  <w:num w:numId="6" w16cid:durableId="836967466">
    <w:abstractNumId w:val="3"/>
  </w:num>
  <w:num w:numId="7" w16cid:durableId="2041585200">
    <w:abstractNumId w:val="2"/>
  </w:num>
  <w:num w:numId="8" w16cid:durableId="805506346">
    <w:abstractNumId w:val="1"/>
  </w:num>
  <w:num w:numId="9" w16cid:durableId="3123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AD6"/>
    <w:rsid w:val="00034616"/>
    <w:rsid w:val="00054E02"/>
    <w:rsid w:val="0006063C"/>
    <w:rsid w:val="000B0A38"/>
    <w:rsid w:val="000C0620"/>
    <w:rsid w:val="000D3794"/>
    <w:rsid w:val="00104314"/>
    <w:rsid w:val="001171BB"/>
    <w:rsid w:val="0015074B"/>
    <w:rsid w:val="0015323E"/>
    <w:rsid w:val="001B0DD5"/>
    <w:rsid w:val="00294FAD"/>
    <w:rsid w:val="0029639D"/>
    <w:rsid w:val="002D4E5E"/>
    <w:rsid w:val="00315CBD"/>
    <w:rsid w:val="00326F90"/>
    <w:rsid w:val="003E3B37"/>
    <w:rsid w:val="004039EA"/>
    <w:rsid w:val="00440F27"/>
    <w:rsid w:val="004A1B9D"/>
    <w:rsid w:val="00594D23"/>
    <w:rsid w:val="005C3D87"/>
    <w:rsid w:val="00650B0C"/>
    <w:rsid w:val="00794691"/>
    <w:rsid w:val="00803C80"/>
    <w:rsid w:val="00845AA7"/>
    <w:rsid w:val="00861CF2"/>
    <w:rsid w:val="00882138"/>
    <w:rsid w:val="00910711"/>
    <w:rsid w:val="00AA1D8D"/>
    <w:rsid w:val="00B47730"/>
    <w:rsid w:val="00CB0664"/>
    <w:rsid w:val="00EE2A93"/>
    <w:rsid w:val="00FC43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DB3904"/>
  <w14:defaultImageDpi w14:val="300"/>
  <w15:docId w15:val="{C01927B8-1F89-491B-830A-F7D1FF5C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545</Words>
  <Characters>3416</Characters>
  <Application>Microsoft Office Word</Application>
  <DocSecurity>0</DocSecurity>
  <Lines>108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Ashok Moori</cp:lastModifiedBy>
  <cp:revision>25</cp:revision>
  <dcterms:created xsi:type="dcterms:W3CDTF">2026-03-02T05:23:00Z</dcterms:created>
  <dcterms:modified xsi:type="dcterms:W3CDTF">2026-03-04T07:31:00Z</dcterms:modified>
  <cp:category/>
</cp:coreProperties>
</file>